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627F8" w14:textId="28126639" w:rsidR="009D0A59" w:rsidRDefault="009D0A59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9264" behindDoc="1" locked="0" layoutInCell="1" allowOverlap="1" wp14:anchorId="53653AEC" wp14:editId="125936A9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2679700" cy="2679700"/>
            <wp:effectExtent l="0" t="0" r="0" b="0"/>
            <wp:wrapNone/>
            <wp:docPr id="1109645689" name="Picture 5" descr="A black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45689" name="Picture 5" descr="A black background with red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658240" behindDoc="1" locked="0" layoutInCell="1" allowOverlap="1" wp14:anchorId="219ABF93" wp14:editId="35601654">
            <wp:simplePos x="0" y="0"/>
            <wp:positionH relativeFrom="margin">
              <wp:align>center</wp:align>
            </wp:positionH>
            <wp:positionV relativeFrom="paragraph">
              <wp:posOffset>-1123950</wp:posOffset>
            </wp:positionV>
            <wp:extent cx="2190750" cy="2190750"/>
            <wp:effectExtent l="0" t="0" r="0" b="0"/>
            <wp:wrapNone/>
            <wp:docPr id="1306251300" name="Picture 4" descr="A logo of a tree with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51300" name="Picture 4" descr="A logo of a tree with hand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28D35" w14:textId="559AA0A9" w:rsidR="009D0A59" w:rsidRDefault="009D0A59">
      <w:pPr>
        <w:jc w:val="center"/>
        <w:rPr>
          <w:b/>
          <w:sz w:val="32"/>
        </w:rPr>
      </w:pPr>
    </w:p>
    <w:p w14:paraId="0313BC8D" w14:textId="56F69872" w:rsidR="009D0A59" w:rsidRDefault="009D0A59" w:rsidP="009D0A59">
      <w:pPr>
        <w:rPr>
          <w:b/>
          <w:sz w:val="32"/>
        </w:rPr>
      </w:pPr>
    </w:p>
    <w:p w14:paraId="433CE5E0" w14:textId="6D9B678D" w:rsidR="00F57C3F" w:rsidRDefault="00000000">
      <w:pPr>
        <w:jc w:val="center"/>
      </w:pPr>
      <w:r>
        <w:rPr>
          <w:b/>
          <w:sz w:val="32"/>
        </w:rPr>
        <w:t>Volunteer Hours Tracking Sheet</w:t>
      </w:r>
    </w:p>
    <w:p w14:paraId="124BA8E1" w14:textId="77777777" w:rsidR="00F57C3F" w:rsidRDefault="00000000">
      <w:pPr>
        <w:jc w:val="center"/>
      </w:pPr>
      <w:r>
        <w:t>Volunteers: Please fill out each section daily and obtain staff initials before leaving.</w:t>
      </w:r>
      <w:r>
        <w:br/>
      </w:r>
    </w:p>
    <w:p w14:paraId="7B9A85CB" w14:textId="77777777" w:rsidR="00F57C3F" w:rsidRDefault="00000000">
      <w:r>
        <w:t>Volunteer Name: 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726"/>
        <w:gridCol w:w="1726"/>
        <w:gridCol w:w="1727"/>
        <w:gridCol w:w="1726"/>
      </w:tblGrid>
      <w:tr w:rsidR="00F57C3F" w14:paraId="37C01DDD" w14:textId="77777777">
        <w:tc>
          <w:tcPr>
            <w:tcW w:w="1728" w:type="dxa"/>
          </w:tcPr>
          <w:p w14:paraId="720BB694" w14:textId="77777777" w:rsidR="00F57C3F" w:rsidRDefault="00000000">
            <w:r>
              <w:t>Date</w:t>
            </w:r>
          </w:p>
        </w:tc>
        <w:tc>
          <w:tcPr>
            <w:tcW w:w="1728" w:type="dxa"/>
          </w:tcPr>
          <w:p w14:paraId="46683317" w14:textId="101538F8" w:rsidR="00F57C3F" w:rsidRDefault="00000000">
            <w:r>
              <w:t>Hours Worked</w:t>
            </w:r>
          </w:p>
        </w:tc>
        <w:tc>
          <w:tcPr>
            <w:tcW w:w="1728" w:type="dxa"/>
          </w:tcPr>
          <w:p w14:paraId="267CE5C7" w14:textId="77777777" w:rsidR="00F57C3F" w:rsidRDefault="00000000">
            <w:r>
              <w:t>Task / Activity / Notes</w:t>
            </w:r>
          </w:p>
        </w:tc>
        <w:tc>
          <w:tcPr>
            <w:tcW w:w="1728" w:type="dxa"/>
          </w:tcPr>
          <w:p w14:paraId="2087D6C4" w14:textId="77777777" w:rsidR="00F57C3F" w:rsidRDefault="00000000">
            <w:r>
              <w:t>Volunteer Initial</w:t>
            </w:r>
          </w:p>
        </w:tc>
        <w:tc>
          <w:tcPr>
            <w:tcW w:w="1728" w:type="dxa"/>
          </w:tcPr>
          <w:p w14:paraId="1646DE05" w14:textId="77777777" w:rsidR="00F57C3F" w:rsidRDefault="00000000">
            <w:r>
              <w:t>Staff Initial</w:t>
            </w:r>
          </w:p>
        </w:tc>
      </w:tr>
      <w:tr w:rsidR="00F57C3F" w14:paraId="6E0B39FD" w14:textId="77777777">
        <w:tc>
          <w:tcPr>
            <w:tcW w:w="1728" w:type="dxa"/>
          </w:tcPr>
          <w:p w14:paraId="60467C07" w14:textId="77777777" w:rsidR="00F57C3F" w:rsidRDefault="00F57C3F"/>
        </w:tc>
        <w:tc>
          <w:tcPr>
            <w:tcW w:w="1728" w:type="dxa"/>
          </w:tcPr>
          <w:p w14:paraId="0B110318" w14:textId="7FD49E6F" w:rsidR="00F57C3F" w:rsidRDefault="00F57C3F"/>
        </w:tc>
        <w:tc>
          <w:tcPr>
            <w:tcW w:w="1728" w:type="dxa"/>
          </w:tcPr>
          <w:p w14:paraId="26B06E70" w14:textId="77777777" w:rsidR="00F57C3F" w:rsidRDefault="00F57C3F"/>
        </w:tc>
        <w:tc>
          <w:tcPr>
            <w:tcW w:w="1728" w:type="dxa"/>
          </w:tcPr>
          <w:p w14:paraId="59897370" w14:textId="77777777" w:rsidR="00F57C3F" w:rsidRDefault="00F57C3F"/>
        </w:tc>
        <w:tc>
          <w:tcPr>
            <w:tcW w:w="1728" w:type="dxa"/>
          </w:tcPr>
          <w:p w14:paraId="091E64BC" w14:textId="77777777" w:rsidR="00F57C3F" w:rsidRDefault="00F57C3F"/>
        </w:tc>
      </w:tr>
      <w:tr w:rsidR="00F57C3F" w14:paraId="21351AEC" w14:textId="77777777">
        <w:tc>
          <w:tcPr>
            <w:tcW w:w="1728" w:type="dxa"/>
          </w:tcPr>
          <w:p w14:paraId="3FBC99DE" w14:textId="77777777" w:rsidR="00F57C3F" w:rsidRDefault="00F57C3F"/>
        </w:tc>
        <w:tc>
          <w:tcPr>
            <w:tcW w:w="1728" w:type="dxa"/>
          </w:tcPr>
          <w:p w14:paraId="4167B656" w14:textId="059FBA71" w:rsidR="00F57C3F" w:rsidRDefault="00F57C3F"/>
        </w:tc>
        <w:tc>
          <w:tcPr>
            <w:tcW w:w="1728" w:type="dxa"/>
          </w:tcPr>
          <w:p w14:paraId="42CACF2B" w14:textId="77777777" w:rsidR="00F57C3F" w:rsidRDefault="00F57C3F"/>
        </w:tc>
        <w:tc>
          <w:tcPr>
            <w:tcW w:w="1728" w:type="dxa"/>
          </w:tcPr>
          <w:p w14:paraId="797A7ADC" w14:textId="77777777" w:rsidR="00F57C3F" w:rsidRDefault="00F57C3F"/>
        </w:tc>
        <w:tc>
          <w:tcPr>
            <w:tcW w:w="1728" w:type="dxa"/>
          </w:tcPr>
          <w:p w14:paraId="6AC84CBF" w14:textId="77777777" w:rsidR="00F57C3F" w:rsidRDefault="00F57C3F"/>
        </w:tc>
      </w:tr>
      <w:tr w:rsidR="00F57C3F" w14:paraId="1CF2898F" w14:textId="77777777">
        <w:tc>
          <w:tcPr>
            <w:tcW w:w="1728" w:type="dxa"/>
          </w:tcPr>
          <w:p w14:paraId="0D5699FE" w14:textId="77777777" w:rsidR="00F57C3F" w:rsidRDefault="00F57C3F"/>
        </w:tc>
        <w:tc>
          <w:tcPr>
            <w:tcW w:w="1728" w:type="dxa"/>
          </w:tcPr>
          <w:p w14:paraId="4E5E58F9" w14:textId="77777777" w:rsidR="00F57C3F" w:rsidRDefault="00F57C3F"/>
        </w:tc>
        <w:tc>
          <w:tcPr>
            <w:tcW w:w="1728" w:type="dxa"/>
          </w:tcPr>
          <w:p w14:paraId="14882F09" w14:textId="77777777" w:rsidR="00F57C3F" w:rsidRDefault="00F57C3F"/>
        </w:tc>
        <w:tc>
          <w:tcPr>
            <w:tcW w:w="1728" w:type="dxa"/>
          </w:tcPr>
          <w:p w14:paraId="4781394C" w14:textId="77777777" w:rsidR="00F57C3F" w:rsidRDefault="00F57C3F"/>
        </w:tc>
        <w:tc>
          <w:tcPr>
            <w:tcW w:w="1728" w:type="dxa"/>
          </w:tcPr>
          <w:p w14:paraId="437FE7F5" w14:textId="77777777" w:rsidR="00F57C3F" w:rsidRDefault="00F57C3F"/>
        </w:tc>
      </w:tr>
      <w:tr w:rsidR="00F57C3F" w14:paraId="772DFC9A" w14:textId="77777777">
        <w:tc>
          <w:tcPr>
            <w:tcW w:w="1728" w:type="dxa"/>
          </w:tcPr>
          <w:p w14:paraId="1F93E77A" w14:textId="77777777" w:rsidR="00F57C3F" w:rsidRDefault="00F57C3F"/>
        </w:tc>
        <w:tc>
          <w:tcPr>
            <w:tcW w:w="1728" w:type="dxa"/>
          </w:tcPr>
          <w:p w14:paraId="0823F376" w14:textId="77777777" w:rsidR="00F57C3F" w:rsidRDefault="00F57C3F"/>
        </w:tc>
        <w:tc>
          <w:tcPr>
            <w:tcW w:w="1728" w:type="dxa"/>
          </w:tcPr>
          <w:p w14:paraId="663FBBEC" w14:textId="77777777" w:rsidR="00F57C3F" w:rsidRDefault="00F57C3F"/>
        </w:tc>
        <w:tc>
          <w:tcPr>
            <w:tcW w:w="1728" w:type="dxa"/>
          </w:tcPr>
          <w:p w14:paraId="36194692" w14:textId="77777777" w:rsidR="00F57C3F" w:rsidRDefault="00F57C3F"/>
        </w:tc>
        <w:tc>
          <w:tcPr>
            <w:tcW w:w="1728" w:type="dxa"/>
          </w:tcPr>
          <w:p w14:paraId="02B50FDB" w14:textId="77777777" w:rsidR="00F57C3F" w:rsidRDefault="00F57C3F"/>
        </w:tc>
      </w:tr>
      <w:tr w:rsidR="00F57C3F" w14:paraId="7858A0D3" w14:textId="77777777">
        <w:tc>
          <w:tcPr>
            <w:tcW w:w="1728" w:type="dxa"/>
          </w:tcPr>
          <w:p w14:paraId="3A409B0E" w14:textId="77777777" w:rsidR="00F57C3F" w:rsidRDefault="00F57C3F"/>
        </w:tc>
        <w:tc>
          <w:tcPr>
            <w:tcW w:w="1728" w:type="dxa"/>
          </w:tcPr>
          <w:p w14:paraId="5B894346" w14:textId="77777777" w:rsidR="00F57C3F" w:rsidRDefault="00F57C3F"/>
        </w:tc>
        <w:tc>
          <w:tcPr>
            <w:tcW w:w="1728" w:type="dxa"/>
          </w:tcPr>
          <w:p w14:paraId="3BE6B071" w14:textId="77777777" w:rsidR="00F57C3F" w:rsidRDefault="00F57C3F"/>
        </w:tc>
        <w:tc>
          <w:tcPr>
            <w:tcW w:w="1728" w:type="dxa"/>
          </w:tcPr>
          <w:p w14:paraId="1C0BBAFE" w14:textId="77777777" w:rsidR="00F57C3F" w:rsidRDefault="00F57C3F"/>
        </w:tc>
        <w:tc>
          <w:tcPr>
            <w:tcW w:w="1728" w:type="dxa"/>
          </w:tcPr>
          <w:p w14:paraId="091150E2" w14:textId="77777777" w:rsidR="00F57C3F" w:rsidRDefault="00F57C3F"/>
        </w:tc>
      </w:tr>
      <w:tr w:rsidR="00F57C3F" w14:paraId="0623DE5C" w14:textId="77777777">
        <w:tc>
          <w:tcPr>
            <w:tcW w:w="1728" w:type="dxa"/>
          </w:tcPr>
          <w:p w14:paraId="7B1EBDBA" w14:textId="77777777" w:rsidR="00F57C3F" w:rsidRDefault="00F57C3F"/>
        </w:tc>
        <w:tc>
          <w:tcPr>
            <w:tcW w:w="1728" w:type="dxa"/>
          </w:tcPr>
          <w:p w14:paraId="65618B2B" w14:textId="77777777" w:rsidR="00F57C3F" w:rsidRDefault="00F57C3F"/>
        </w:tc>
        <w:tc>
          <w:tcPr>
            <w:tcW w:w="1728" w:type="dxa"/>
          </w:tcPr>
          <w:p w14:paraId="6A24E189" w14:textId="77777777" w:rsidR="00F57C3F" w:rsidRDefault="00F57C3F"/>
        </w:tc>
        <w:tc>
          <w:tcPr>
            <w:tcW w:w="1728" w:type="dxa"/>
          </w:tcPr>
          <w:p w14:paraId="23ED3AB5" w14:textId="77777777" w:rsidR="00F57C3F" w:rsidRDefault="00F57C3F"/>
        </w:tc>
        <w:tc>
          <w:tcPr>
            <w:tcW w:w="1728" w:type="dxa"/>
          </w:tcPr>
          <w:p w14:paraId="5EF207D8" w14:textId="77777777" w:rsidR="00F57C3F" w:rsidRDefault="00F57C3F"/>
        </w:tc>
      </w:tr>
      <w:tr w:rsidR="00F57C3F" w14:paraId="504F42B8" w14:textId="77777777">
        <w:tc>
          <w:tcPr>
            <w:tcW w:w="1728" w:type="dxa"/>
          </w:tcPr>
          <w:p w14:paraId="291630B0" w14:textId="77777777" w:rsidR="00F57C3F" w:rsidRDefault="00F57C3F"/>
        </w:tc>
        <w:tc>
          <w:tcPr>
            <w:tcW w:w="1728" w:type="dxa"/>
          </w:tcPr>
          <w:p w14:paraId="53568B6E" w14:textId="77777777" w:rsidR="00F57C3F" w:rsidRDefault="00F57C3F"/>
        </w:tc>
        <w:tc>
          <w:tcPr>
            <w:tcW w:w="1728" w:type="dxa"/>
          </w:tcPr>
          <w:p w14:paraId="3A2FDD58" w14:textId="77777777" w:rsidR="00F57C3F" w:rsidRDefault="00F57C3F"/>
        </w:tc>
        <w:tc>
          <w:tcPr>
            <w:tcW w:w="1728" w:type="dxa"/>
          </w:tcPr>
          <w:p w14:paraId="594B3F66" w14:textId="77777777" w:rsidR="00F57C3F" w:rsidRDefault="00F57C3F"/>
        </w:tc>
        <w:tc>
          <w:tcPr>
            <w:tcW w:w="1728" w:type="dxa"/>
          </w:tcPr>
          <w:p w14:paraId="36CC225E" w14:textId="77777777" w:rsidR="00F57C3F" w:rsidRDefault="00F57C3F"/>
        </w:tc>
      </w:tr>
      <w:tr w:rsidR="00F57C3F" w14:paraId="5948C2B6" w14:textId="77777777">
        <w:tc>
          <w:tcPr>
            <w:tcW w:w="1728" w:type="dxa"/>
          </w:tcPr>
          <w:p w14:paraId="0BBF6D21" w14:textId="77777777" w:rsidR="00F57C3F" w:rsidRDefault="00F57C3F"/>
        </w:tc>
        <w:tc>
          <w:tcPr>
            <w:tcW w:w="1728" w:type="dxa"/>
          </w:tcPr>
          <w:p w14:paraId="49CA4E20" w14:textId="77777777" w:rsidR="00F57C3F" w:rsidRDefault="00F57C3F"/>
        </w:tc>
        <w:tc>
          <w:tcPr>
            <w:tcW w:w="1728" w:type="dxa"/>
          </w:tcPr>
          <w:p w14:paraId="7123F1DF" w14:textId="77777777" w:rsidR="00F57C3F" w:rsidRDefault="00F57C3F"/>
        </w:tc>
        <w:tc>
          <w:tcPr>
            <w:tcW w:w="1728" w:type="dxa"/>
          </w:tcPr>
          <w:p w14:paraId="0B02E676" w14:textId="77777777" w:rsidR="00F57C3F" w:rsidRDefault="00F57C3F"/>
        </w:tc>
        <w:tc>
          <w:tcPr>
            <w:tcW w:w="1728" w:type="dxa"/>
          </w:tcPr>
          <w:p w14:paraId="094FE675" w14:textId="77777777" w:rsidR="00F57C3F" w:rsidRDefault="00F57C3F"/>
        </w:tc>
      </w:tr>
      <w:tr w:rsidR="00F57C3F" w14:paraId="46DE2C89" w14:textId="77777777">
        <w:tc>
          <w:tcPr>
            <w:tcW w:w="1728" w:type="dxa"/>
          </w:tcPr>
          <w:p w14:paraId="5762A066" w14:textId="77777777" w:rsidR="00F57C3F" w:rsidRDefault="00F57C3F"/>
        </w:tc>
        <w:tc>
          <w:tcPr>
            <w:tcW w:w="1728" w:type="dxa"/>
          </w:tcPr>
          <w:p w14:paraId="7DB0528D" w14:textId="77777777" w:rsidR="00F57C3F" w:rsidRDefault="00F57C3F"/>
        </w:tc>
        <w:tc>
          <w:tcPr>
            <w:tcW w:w="1728" w:type="dxa"/>
          </w:tcPr>
          <w:p w14:paraId="705BE1D5" w14:textId="77777777" w:rsidR="00F57C3F" w:rsidRDefault="00F57C3F"/>
        </w:tc>
        <w:tc>
          <w:tcPr>
            <w:tcW w:w="1728" w:type="dxa"/>
          </w:tcPr>
          <w:p w14:paraId="0FF396E7" w14:textId="77777777" w:rsidR="00F57C3F" w:rsidRDefault="00F57C3F"/>
        </w:tc>
        <w:tc>
          <w:tcPr>
            <w:tcW w:w="1728" w:type="dxa"/>
          </w:tcPr>
          <w:p w14:paraId="0EF0CC66" w14:textId="77777777" w:rsidR="00F57C3F" w:rsidRDefault="00F57C3F"/>
        </w:tc>
      </w:tr>
      <w:tr w:rsidR="00F57C3F" w14:paraId="7704C0A8" w14:textId="77777777">
        <w:tc>
          <w:tcPr>
            <w:tcW w:w="1728" w:type="dxa"/>
          </w:tcPr>
          <w:p w14:paraId="545F688C" w14:textId="77777777" w:rsidR="00F57C3F" w:rsidRDefault="00F57C3F"/>
        </w:tc>
        <w:tc>
          <w:tcPr>
            <w:tcW w:w="1728" w:type="dxa"/>
          </w:tcPr>
          <w:p w14:paraId="6B3AA876" w14:textId="77777777" w:rsidR="00F57C3F" w:rsidRDefault="00F57C3F"/>
        </w:tc>
        <w:tc>
          <w:tcPr>
            <w:tcW w:w="1728" w:type="dxa"/>
          </w:tcPr>
          <w:p w14:paraId="445D9C65" w14:textId="77777777" w:rsidR="00F57C3F" w:rsidRDefault="00F57C3F"/>
        </w:tc>
        <w:tc>
          <w:tcPr>
            <w:tcW w:w="1728" w:type="dxa"/>
          </w:tcPr>
          <w:p w14:paraId="5645AD53" w14:textId="77777777" w:rsidR="00F57C3F" w:rsidRDefault="00F57C3F"/>
        </w:tc>
        <w:tc>
          <w:tcPr>
            <w:tcW w:w="1728" w:type="dxa"/>
          </w:tcPr>
          <w:p w14:paraId="4A1732CD" w14:textId="77777777" w:rsidR="00F57C3F" w:rsidRDefault="00F57C3F"/>
        </w:tc>
      </w:tr>
      <w:tr w:rsidR="00F57C3F" w14:paraId="1C8DF505" w14:textId="77777777">
        <w:tc>
          <w:tcPr>
            <w:tcW w:w="1728" w:type="dxa"/>
          </w:tcPr>
          <w:p w14:paraId="0C5FD33D" w14:textId="77777777" w:rsidR="00F57C3F" w:rsidRDefault="00F57C3F"/>
        </w:tc>
        <w:tc>
          <w:tcPr>
            <w:tcW w:w="1728" w:type="dxa"/>
          </w:tcPr>
          <w:p w14:paraId="53377558" w14:textId="77777777" w:rsidR="00F57C3F" w:rsidRDefault="00F57C3F"/>
        </w:tc>
        <w:tc>
          <w:tcPr>
            <w:tcW w:w="1728" w:type="dxa"/>
          </w:tcPr>
          <w:p w14:paraId="119D94ED" w14:textId="77777777" w:rsidR="00F57C3F" w:rsidRDefault="00F57C3F"/>
        </w:tc>
        <w:tc>
          <w:tcPr>
            <w:tcW w:w="1728" w:type="dxa"/>
          </w:tcPr>
          <w:p w14:paraId="65670769" w14:textId="77777777" w:rsidR="00F57C3F" w:rsidRDefault="00F57C3F"/>
        </w:tc>
        <w:tc>
          <w:tcPr>
            <w:tcW w:w="1728" w:type="dxa"/>
          </w:tcPr>
          <w:p w14:paraId="3C9433A4" w14:textId="77777777" w:rsidR="00F57C3F" w:rsidRDefault="00F57C3F"/>
        </w:tc>
      </w:tr>
      <w:tr w:rsidR="00F57C3F" w14:paraId="6483D7EE" w14:textId="77777777">
        <w:tc>
          <w:tcPr>
            <w:tcW w:w="1728" w:type="dxa"/>
          </w:tcPr>
          <w:p w14:paraId="0CFD7D83" w14:textId="77777777" w:rsidR="00F57C3F" w:rsidRDefault="00F57C3F"/>
        </w:tc>
        <w:tc>
          <w:tcPr>
            <w:tcW w:w="1728" w:type="dxa"/>
          </w:tcPr>
          <w:p w14:paraId="73C4C302" w14:textId="77777777" w:rsidR="00F57C3F" w:rsidRDefault="00F57C3F"/>
        </w:tc>
        <w:tc>
          <w:tcPr>
            <w:tcW w:w="1728" w:type="dxa"/>
          </w:tcPr>
          <w:p w14:paraId="5E7A1B50" w14:textId="77777777" w:rsidR="00F57C3F" w:rsidRDefault="00F57C3F"/>
        </w:tc>
        <w:tc>
          <w:tcPr>
            <w:tcW w:w="1728" w:type="dxa"/>
          </w:tcPr>
          <w:p w14:paraId="0D76A202" w14:textId="77777777" w:rsidR="00F57C3F" w:rsidRDefault="00F57C3F"/>
        </w:tc>
        <w:tc>
          <w:tcPr>
            <w:tcW w:w="1728" w:type="dxa"/>
          </w:tcPr>
          <w:p w14:paraId="1B31E751" w14:textId="77777777" w:rsidR="00F57C3F" w:rsidRDefault="00F57C3F"/>
        </w:tc>
      </w:tr>
      <w:tr w:rsidR="00F57C3F" w14:paraId="35145537" w14:textId="77777777">
        <w:tc>
          <w:tcPr>
            <w:tcW w:w="1728" w:type="dxa"/>
          </w:tcPr>
          <w:p w14:paraId="30FFA692" w14:textId="77777777" w:rsidR="00F57C3F" w:rsidRDefault="00F57C3F"/>
        </w:tc>
        <w:tc>
          <w:tcPr>
            <w:tcW w:w="1728" w:type="dxa"/>
          </w:tcPr>
          <w:p w14:paraId="5AA5F219" w14:textId="77777777" w:rsidR="00F57C3F" w:rsidRDefault="00F57C3F"/>
        </w:tc>
        <w:tc>
          <w:tcPr>
            <w:tcW w:w="1728" w:type="dxa"/>
          </w:tcPr>
          <w:p w14:paraId="2B4598BA" w14:textId="77777777" w:rsidR="00F57C3F" w:rsidRDefault="00F57C3F"/>
        </w:tc>
        <w:tc>
          <w:tcPr>
            <w:tcW w:w="1728" w:type="dxa"/>
          </w:tcPr>
          <w:p w14:paraId="2800E3C6" w14:textId="77777777" w:rsidR="00F57C3F" w:rsidRDefault="00F57C3F"/>
        </w:tc>
        <w:tc>
          <w:tcPr>
            <w:tcW w:w="1728" w:type="dxa"/>
          </w:tcPr>
          <w:p w14:paraId="452EF25B" w14:textId="77777777" w:rsidR="00F57C3F" w:rsidRDefault="00F57C3F"/>
        </w:tc>
      </w:tr>
      <w:tr w:rsidR="00F57C3F" w14:paraId="34C8D068" w14:textId="77777777">
        <w:tc>
          <w:tcPr>
            <w:tcW w:w="1728" w:type="dxa"/>
          </w:tcPr>
          <w:p w14:paraId="6815F5BF" w14:textId="77777777" w:rsidR="00F57C3F" w:rsidRDefault="00F57C3F"/>
        </w:tc>
        <w:tc>
          <w:tcPr>
            <w:tcW w:w="1728" w:type="dxa"/>
          </w:tcPr>
          <w:p w14:paraId="2D818744" w14:textId="77777777" w:rsidR="00F57C3F" w:rsidRDefault="00F57C3F"/>
        </w:tc>
        <w:tc>
          <w:tcPr>
            <w:tcW w:w="1728" w:type="dxa"/>
          </w:tcPr>
          <w:p w14:paraId="5D2EFE3D" w14:textId="77777777" w:rsidR="00F57C3F" w:rsidRDefault="00F57C3F"/>
        </w:tc>
        <w:tc>
          <w:tcPr>
            <w:tcW w:w="1728" w:type="dxa"/>
          </w:tcPr>
          <w:p w14:paraId="6EDC4F63" w14:textId="77777777" w:rsidR="00F57C3F" w:rsidRDefault="00F57C3F"/>
        </w:tc>
        <w:tc>
          <w:tcPr>
            <w:tcW w:w="1728" w:type="dxa"/>
          </w:tcPr>
          <w:p w14:paraId="14DE7204" w14:textId="77777777" w:rsidR="00F57C3F" w:rsidRDefault="00F57C3F"/>
        </w:tc>
      </w:tr>
      <w:tr w:rsidR="00F57C3F" w14:paraId="114659F4" w14:textId="77777777">
        <w:tc>
          <w:tcPr>
            <w:tcW w:w="1728" w:type="dxa"/>
          </w:tcPr>
          <w:p w14:paraId="16EFEE2A" w14:textId="77777777" w:rsidR="00F57C3F" w:rsidRDefault="00F57C3F"/>
        </w:tc>
        <w:tc>
          <w:tcPr>
            <w:tcW w:w="1728" w:type="dxa"/>
          </w:tcPr>
          <w:p w14:paraId="0D908692" w14:textId="77777777" w:rsidR="00F57C3F" w:rsidRDefault="00F57C3F"/>
        </w:tc>
        <w:tc>
          <w:tcPr>
            <w:tcW w:w="1728" w:type="dxa"/>
          </w:tcPr>
          <w:p w14:paraId="7C874330" w14:textId="77777777" w:rsidR="00F57C3F" w:rsidRDefault="00F57C3F"/>
        </w:tc>
        <w:tc>
          <w:tcPr>
            <w:tcW w:w="1728" w:type="dxa"/>
          </w:tcPr>
          <w:p w14:paraId="6C297275" w14:textId="77777777" w:rsidR="00F57C3F" w:rsidRDefault="00F57C3F"/>
        </w:tc>
        <w:tc>
          <w:tcPr>
            <w:tcW w:w="1728" w:type="dxa"/>
          </w:tcPr>
          <w:p w14:paraId="0D18F39C" w14:textId="77777777" w:rsidR="00F57C3F" w:rsidRDefault="00F57C3F"/>
        </w:tc>
      </w:tr>
      <w:tr w:rsidR="00F57C3F" w14:paraId="7732CC7B" w14:textId="77777777">
        <w:tc>
          <w:tcPr>
            <w:tcW w:w="1728" w:type="dxa"/>
          </w:tcPr>
          <w:p w14:paraId="52F5948B" w14:textId="77777777" w:rsidR="00F57C3F" w:rsidRDefault="00F57C3F"/>
        </w:tc>
        <w:tc>
          <w:tcPr>
            <w:tcW w:w="1728" w:type="dxa"/>
          </w:tcPr>
          <w:p w14:paraId="32508D76" w14:textId="77777777" w:rsidR="00F57C3F" w:rsidRDefault="00F57C3F"/>
        </w:tc>
        <w:tc>
          <w:tcPr>
            <w:tcW w:w="1728" w:type="dxa"/>
          </w:tcPr>
          <w:p w14:paraId="574FB019" w14:textId="77777777" w:rsidR="00F57C3F" w:rsidRDefault="00F57C3F"/>
        </w:tc>
        <w:tc>
          <w:tcPr>
            <w:tcW w:w="1728" w:type="dxa"/>
          </w:tcPr>
          <w:p w14:paraId="27238CD2" w14:textId="77777777" w:rsidR="00F57C3F" w:rsidRDefault="00F57C3F"/>
        </w:tc>
        <w:tc>
          <w:tcPr>
            <w:tcW w:w="1728" w:type="dxa"/>
          </w:tcPr>
          <w:p w14:paraId="19DE10AF" w14:textId="77777777" w:rsidR="00F57C3F" w:rsidRDefault="00F57C3F"/>
        </w:tc>
      </w:tr>
      <w:tr w:rsidR="00F57C3F" w14:paraId="1968686E" w14:textId="77777777">
        <w:tc>
          <w:tcPr>
            <w:tcW w:w="1728" w:type="dxa"/>
          </w:tcPr>
          <w:p w14:paraId="72DB92C0" w14:textId="77777777" w:rsidR="00F57C3F" w:rsidRDefault="00F57C3F"/>
        </w:tc>
        <w:tc>
          <w:tcPr>
            <w:tcW w:w="1728" w:type="dxa"/>
          </w:tcPr>
          <w:p w14:paraId="6C99CA8E" w14:textId="77777777" w:rsidR="00F57C3F" w:rsidRDefault="00F57C3F"/>
        </w:tc>
        <w:tc>
          <w:tcPr>
            <w:tcW w:w="1728" w:type="dxa"/>
          </w:tcPr>
          <w:p w14:paraId="62FC9EB2" w14:textId="77777777" w:rsidR="00F57C3F" w:rsidRDefault="00F57C3F"/>
        </w:tc>
        <w:tc>
          <w:tcPr>
            <w:tcW w:w="1728" w:type="dxa"/>
          </w:tcPr>
          <w:p w14:paraId="10610F46" w14:textId="77777777" w:rsidR="00F57C3F" w:rsidRDefault="00F57C3F"/>
        </w:tc>
        <w:tc>
          <w:tcPr>
            <w:tcW w:w="1728" w:type="dxa"/>
          </w:tcPr>
          <w:p w14:paraId="7693A686" w14:textId="77777777" w:rsidR="00F57C3F" w:rsidRDefault="00F57C3F"/>
        </w:tc>
      </w:tr>
      <w:tr w:rsidR="00F57C3F" w14:paraId="3972888B" w14:textId="77777777">
        <w:tc>
          <w:tcPr>
            <w:tcW w:w="1728" w:type="dxa"/>
          </w:tcPr>
          <w:p w14:paraId="557B0047" w14:textId="77777777" w:rsidR="00F57C3F" w:rsidRDefault="00F57C3F"/>
        </w:tc>
        <w:tc>
          <w:tcPr>
            <w:tcW w:w="1728" w:type="dxa"/>
          </w:tcPr>
          <w:p w14:paraId="6AC68619" w14:textId="77777777" w:rsidR="00F57C3F" w:rsidRDefault="00F57C3F"/>
        </w:tc>
        <w:tc>
          <w:tcPr>
            <w:tcW w:w="1728" w:type="dxa"/>
          </w:tcPr>
          <w:p w14:paraId="5D1352E8" w14:textId="77777777" w:rsidR="00F57C3F" w:rsidRDefault="00F57C3F"/>
        </w:tc>
        <w:tc>
          <w:tcPr>
            <w:tcW w:w="1728" w:type="dxa"/>
          </w:tcPr>
          <w:p w14:paraId="496088CA" w14:textId="77777777" w:rsidR="00F57C3F" w:rsidRDefault="00F57C3F"/>
        </w:tc>
        <w:tc>
          <w:tcPr>
            <w:tcW w:w="1728" w:type="dxa"/>
          </w:tcPr>
          <w:p w14:paraId="176C868D" w14:textId="77777777" w:rsidR="00F57C3F" w:rsidRDefault="00F57C3F"/>
        </w:tc>
      </w:tr>
      <w:tr w:rsidR="00F57C3F" w14:paraId="60D117FA" w14:textId="77777777">
        <w:tc>
          <w:tcPr>
            <w:tcW w:w="1728" w:type="dxa"/>
          </w:tcPr>
          <w:p w14:paraId="79ED149C" w14:textId="77777777" w:rsidR="00F57C3F" w:rsidRDefault="00F57C3F"/>
        </w:tc>
        <w:tc>
          <w:tcPr>
            <w:tcW w:w="1728" w:type="dxa"/>
          </w:tcPr>
          <w:p w14:paraId="173C95E4" w14:textId="77777777" w:rsidR="00F57C3F" w:rsidRDefault="00F57C3F"/>
        </w:tc>
        <w:tc>
          <w:tcPr>
            <w:tcW w:w="1728" w:type="dxa"/>
          </w:tcPr>
          <w:p w14:paraId="0A4F10FE" w14:textId="77777777" w:rsidR="00F57C3F" w:rsidRDefault="00F57C3F"/>
        </w:tc>
        <w:tc>
          <w:tcPr>
            <w:tcW w:w="1728" w:type="dxa"/>
          </w:tcPr>
          <w:p w14:paraId="164B867D" w14:textId="77777777" w:rsidR="00F57C3F" w:rsidRDefault="00F57C3F"/>
        </w:tc>
        <w:tc>
          <w:tcPr>
            <w:tcW w:w="1728" w:type="dxa"/>
          </w:tcPr>
          <w:p w14:paraId="6A73354F" w14:textId="77777777" w:rsidR="00F57C3F" w:rsidRDefault="00F57C3F"/>
        </w:tc>
      </w:tr>
      <w:tr w:rsidR="00F57C3F" w14:paraId="6C0837D9" w14:textId="77777777">
        <w:tc>
          <w:tcPr>
            <w:tcW w:w="1728" w:type="dxa"/>
          </w:tcPr>
          <w:p w14:paraId="5091AA76" w14:textId="77777777" w:rsidR="00F57C3F" w:rsidRDefault="00F57C3F"/>
        </w:tc>
        <w:tc>
          <w:tcPr>
            <w:tcW w:w="1728" w:type="dxa"/>
          </w:tcPr>
          <w:p w14:paraId="7F454622" w14:textId="77777777" w:rsidR="00F57C3F" w:rsidRDefault="00F57C3F"/>
        </w:tc>
        <w:tc>
          <w:tcPr>
            <w:tcW w:w="1728" w:type="dxa"/>
          </w:tcPr>
          <w:p w14:paraId="1FA07B51" w14:textId="77777777" w:rsidR="00F57C3F" w:rsidRDefault="00F57C3F"/>
        </w:tc>
        <w:tc>
          <w:tcPr>
            <w:tcW w:w="1728" w:type="dxa"/>
          </w:tcPr>
          <w:p w14:paraId="6AA79ABB" w14:textId="77777777" w:rsidR="00F57C3F" w:rsidRDefault="00F57C3F"/>
        </w:tc>
        <w:tc>
          <w:tcPr>
            <w:tcW w:w="1728" w:type="dxa"/>
          </w:tcPr>
          <w:p w14:paraId="3AE7DCA3" w14:textId="77777777" w:rsidR="00F57C3F" w:rsidRDefault="00F57C3F"/>
        </w:tc>
      </w:tr>
      <w:tr w:rsidR="00F57C3F" w14:paraId="62D31D3C" w14:textId="77777777">
        <w:tc>
          <w:tcPr>
            <w:tcW w:w="1728" w:type="dxa"/>
          </w:tcPr>
          <w:p w14:paraId="1253697C" w14:textId="77777777" w:rsidR="00F57C3F" w:rsidRDefault="00F57C3F"/>
        </w:tc>
        <w:tc>
          <w:tcPr>
            <w:tcW w:w="1728" w:type="dxa"/>
          </w:tcPr>
          <w:p w14:paraId="25027205" w14:textId="77777777" w:rsidR="00F57C3F" w:rsidRDefault="00F57C3F"/>
        </w:tc>
        <w:tc>
          <w:tcPr>
            <w:tcW w:w="1728" w:type="dxa"/>
          </w:tcPr>
          <w:p w14:paraId="69DCF797" w14:textId="77777777" w:rsidR="00F57C3F" w:rsidRDefault="00F57C3F"/>
        </w:tc>
        <w:tc>
          <w:tcPr>
            <w:tcW w:w="1728" w:type="dxa"/>
          </w:tcPr>
          <w:p w14:paraId="5D134A86" w14:textId="77777777" w:rsidR="00F57C3F" w:rsidRDefault="00F57C3F"/>
        </w:tc>
        <w:tc>
          <w:tcPr>
            <w:tcW w:w="1728" w:type="dxa"/>
          </w:tcPr>
          <w:p w14:paraId="481EDB62" w14:textId="77777777" w:rsidR="00F57C3F" w:rsidRDefault="00F57C3F"/>
        </w:tc>
      </w:tr>
      <w:tr w:rsidR="00F57C3F" w14:paraId="5A342509" w14:textId="77777777">
        <w:tc>
          <w:tcPr>
            <w:tcW w:w="1728" w:type="dxa"/>
          </w:tcPr>
          <w:p w14:paraId="58157072" w14:textId="77777777" w:rsidR="00F57C3F" w:rsidRDefault="00F57C3F"/>
        </w:tc>
        <w:tc>
          <w:tcPr>
            <w:tcW w:w="1728" w:type="dxa"/>
          </w:tcPr>
          <w:p w14:paraId="4987A399" w14:textId="77777777" w:rsidR="00F57C3F" w:rsidRDefault="00F57C3F"/>
        </w:tc>
        <w:tc>
          <w:tcPr>
            <w:tcW w:w="1728" w:type="dxa"/>
          </w:tcPr>
          <w:p w14:paraId="739C0AC8" w14:textId="77777777" w:rsidR="00F57C3F" w:rsidRDefault="00F57C3F"/>
        </w:tc>
        <w:tc>
          <w:tcPr>
            <w:tcW w:w="1728" w:type="dxa"/>
          </w:tcPr>
          <w:p w14:paraId="44569191" w14:textId="77777777" w:rsidR="00F57C3F" w:rsidRDefault="00F57C3F"/>
        </w:tc>
        <w:tc>
          <w:tcPr>
            <w:tcW w:w="1728" w:type="dxa"/>
          </w:tcPr>
          <w:p w14:paraId="481B4BB4" w14:textId="77777777" w:rsidR="00F57C3F" w:rsidRDefault="00F57C3F"/>
        </w:tc>
      </w:tr>
      <w:tr w:rsidR="00F57C3F" w14:paraId="61FE90AA" w14:textId="77777777">
        <w:tc>
          <w:tcPr>
            <w:tcW w:w="1728" w:type="dxa"/>
          </w:tcPr>
          <w:p w14:paraId="1D7DB2A6" w14:textId="77777777" w:rsidR="00F57C3F" w:rsidRDefault="00F57C3F"/>
        </w:tc>
        <w:tc>
          <w:tcPr>
            <w:tcW w:w="1728" w:type="dxa"/>
          </w:tcPr>
          <w:p w14:paraId="7A3B3EC0" w14:textId="77777777" w:rsidR="00F57C3F" w:rsidRDefault="00F57C3F"/>
        </w:tc>
        <w:tc>
          <w:tcPr>
            <w:tcW w:w="1728" w:type="dxa"/>
          </w:tcPr>
          <w:p w14:paraId="4DE351A5" w14:textId="77777777" w:rsidR="00F57C3F" w:rsidRDefault="00F57C3F"/>
        </w:tc>
        <w:tc>
          <w:tcPr>
            <w:tcW w:w="1728" w:type="dxa"/>
          </w:tcPr>
          <w:p w14:paraId="24C01790" w14:textId="77777777" w:rsidR="00F57C3F" w:rsidRDefault="00F57C3F"/>
        </w:tc>
        <w:tc>
          <w:tcPr>
            <w:tcW w:w="1728" w:type="dxa"/>
          </w:tcPr>
          <w:p w14:paraId="7854A303" w14:textId="77777777" w:rsidR="00F57C3F" w:rsidRDefault="00F57C3F"/>
        </w:tc>
      </w:tr>
      <w:tr w:rsidR="00F57C3F" w14:paraId="2DF9918B" w14:textId="77777777">
        <w:tc>
          <w:tcPr>
            <w:tcW w:w="1728" w:type="dxa"/>
          </w:tcPr>
          <w:p w14:paraId="7E00BD38" w14:textId="77777777" w:rsidR="00F57C3F" w:rsidRDefault="00F57C3F"/>
        </w:tc>
        <w:tc>
          <w:tcPr>
            <w:tcW w:w="1728" w:type="dxa"/>
          </w:tcPr>
          <w:p w14:paraId="7D680A05" w14:textId="77777777" w:rsidR="00F57C3F" w:rsidRDefault="00F57C3F"/>
        </w:tc>
        <w:tc>
          <w:tcPr>
            <w:tcW w:w="1728" w:type="dxa"/>
          </w:tcPr>
          <w:p w14:paraId="1B556B9D" w14:textId="77777777" w:rsidR="00F57C3F" w:rsidRDefault="00F57C3F"/>
        </w:tc>
        <w:tc>
          <w:tcPr>
            <w:tcW w:w="1728" w:type="dxa"/>
          </w:tcPr>
          <w:p w14:paraId="370E1B03" w14:textId="77777777" w:rsidR="00F57C3F" w:rsidRDefault="00F57C3F"/>
        </w:tc>
        <w:tc>
          <w:tcPr>
            <w:tcW w:w="1728" w:type="dxa"/>
          </w:tcPr>
          <w:p w14:paraId="332F05AD" w14:textId="77777777" w:rsidR="00F57C3F" w:rsidRDefault="00F57C3F"/>
        </w:tc>
      </w:tr>
      <w:tr w:rsidR="00F57C3F" w14:paraId="72CBFF6B" w14:textId="77777777">
        <w:tc>
          <w:tcPr>
            <w:tcW w:w="1728" w:type="dxa"/>
          </w:tcPr>
          <w:p w14:paraId="5A515736" w14:textId="77777777" w:rsidR="00F57C3F" w:rsidRDefault="00F57C3F"/>
        </w:tc>
        <w:tc>
          <w:tcPr>
            <w:tcW w:w="1728" w:type="dxa"/>
          </w:tcPr>
          <w:p w14:paraId="7D8BAB06" w14:textId="77777777" w:rsidR="00F57C3F" w:rsidRDefault="00F57C3F"/>
        </w:tc>
        <w:tc>
          <w:tcPr>
            <w:tcW w:w="1728" w:type="dxa"/>
          </w:tcPr>
          <w:p w14:paraId="722D0168" w14:textId="77777777" w:rsidR="00F57C3F" w:rsidRDefault="00F57C3F"/>
        </w:tc>
        <w:tc>
          <w:tcPr>
            <w:tcW w:w="1728" w:type="dxa"/>
          </w:tcPr>
          <w:p w14:paraId="439BF947" w14:textId="77777777" w:rsidR="00F57C3F" w:rsidRDefault="00F57C3F"/>
        </w:tc>
        <w:tc>
          <w:tcPr>
            <w:tcW w:w="1728" w:type="dxa"/>
          </w:tcPr>
          <w:p w14:paraId="51B6F46E" w14:textId="77777777" w:rsidR="00F57C3F" w:rsidRDefault="00F57C3F"/>
        </w:tc>
      </w:tr>
      <w:tr w:rsidR="00F57C3F" w14:paraId="55EB2038" w14:textId="77777777">
        <w:tc>
          <w:tcPr>
            <w:tcW w:w="1728" w:type="dxa"/>
          </w:tcPr>
          <w:p w14:paraId="17129573" w14:textId="77777777" w:rsidR="00F57C3F" w:rsidRDefault="00F57C3F"/>
        </w:tc>
        <w:tc>
          <w:tcPr>
            <w:tcW w:w="1728" w:type="dxa"/>
          </w:tcPr>
          <w:p w14:paraId="3EFC0DB5" w14:textId="77777777" w:rsidR="00F57C3F" w:rsidRDefault="00F57C3F"/>
        </w:tc>
        <w:tc>
          <w:tcPr>
            <w:tcW w:w="1728" w:type="dxa"/>
          </w:tcPr>
          <w:p w14:paraId="66A6A3AE" w14:textId="77777777" w:rsidR="00F57C3F" w:rsidRDefault="00F57C3F"/>
        </w:tc>
        <w:tc>
          <w:tcPr>
            <w:tcW w:w="1728" w:type="dxa"/>
          </w:tcPr>
          <w:p w14:paraId="21E23CA1" w14:textId="77777777" w:rsidR="00F57C3F" w:rsidRDefault="00F57C3F"/>
        </w:tc>
        <w:tc>
          <w:tcPr>
            <w:tcW w:w="1728" w:type="dxa"/>
          </w:tcPr>
          <w:p w14:paraId="7F3CADF9" w14:textId="77777777" w:rsidR="00F57C3F" w:rsidRDefault="00F57C3F"/>
        </w:tc>
      </w:tr>
      <w:tr w:rsidR="00F57C3F" w14:paraId="26A01932" w14:textId="77777777">
        <w:tc>
          <w:tcPr>
            <w:tcW w:w="1728" w:type="dxa"/>
          </w:tcPr>
          <w:p w14:paraId="383FDA70" w14:textId="77777777" w:rsidR="00F57C3F" w:rsidRDefault="00F57C3F"/>
        </w:tc>
        <w:tc>
          <w:tcPr>
            <w:tcW w:w="1728" w:type="dxa"/>
          </w:tcPr>
          <w:p w14:paraId="04ABC937" w14:textId="77777777" w:rsidR="00F57C3F" w:rsidRDefault="00F57C3F"/>
        </w:tc>
        <w:tc>
          <w:tcPr>
            <w:tcW w:w="1728" w:type="dxa"/>
          </w:tcPr>
          <w:p w14:paraId="4D53043E" w14:textId="77777777" w:rsidR="00F57C3F" w:rsidRDefault="00F57C3F"/>
        </w:tc>
        <w:tc>
          <w:tcPr>
            <w:tcW w:w="1728" w:type="dxa"/>
          </w:tcPr>
          <w:p w14:paraId="04D6A062" w14:textId="77777777" w:rsidR="00F57C3F" w:rsidRDefault="00F57C3F"/>
        </w:tc>
        <w:tc>
          <w:tcPr>
            <w:tcW w:w="1728" w:type="dxa"/>
          </w:tcPr>
          <w:p w14:paraId="38D38B9F" w14:textId="77777777" w:rsidR="00F57C3F" w:rsidRDefault="00F57C3F"/>
        </w:tc>
      </w:tr>
      <w:tr w:rsidR="00F57C3F" w14:paraId="73B81B47" w14:textId="77777777">
        <w:tc>
          <w:tcPr>
            <w:tcW w:w="1728" w:type="dxa"/>
          </w:tcPr>
          <w:p w14:paraId="66F3631C" w14:textId="77777777" w:rsidR="00F57C3F" w:rsidRDefault="00F57C3F"/>
        </w:tc>
        <w:tc>
          <w:tcPr>
            <w:tcW w:w="1728" w:type="dxa"/>
          </w:tcPr>
          <w:p w14:paraId="222E221C" w14:textId="77777777" w:rsidR="00F57C3F" w:rsidRDefault="00F57C3F"/>
        </w:tc>
        <w:tc>
          <w:tcPr>
            <w:tcW w:w="1728" w:type="dxa"/>
          </w:tcPr>
          <w:p w14:paraId="5EDF4617" w14:textId="77777777" w:rsidR="00F57C3F" w:rsidRDefault="00F57C3F"/>
        </w:tc>
        <w:tc>
          <w:tcPr>
            <w:tcW w:w="1728" w:type="dxa"/>
          </w:tcPr>
          <w:p w14:paraId="3690C9DB" w14:textId="77777777" w:rsidR="00F57C3F" w:rsidRDefault="00F57C3F"/>
        </w:tc>
        <w:tc>
          <w:tcPr>
            <w:tcW w:w="1728" w:type="dxa"/>
          </w:tcPr>
          <w:p w14:paraId="6B9CA6CE" w14:textId="77777777" w:rsidR="00F57C3F" w:rsidRDefault="00F57C3F"/>
        </w:tc>
      </w:tr>
      <w:tr w:rsidR="00F57C3F" w14:paraId="241D5701" w14:textId="77777777">
        <w:tc>
          <w:tcPr>
            <w:tcW w:w="1728" w:type="dxa"/>
          </w:tcPr>
          <w:p w14:paraId="78FB691A" w14:textId="77777777" w:rsidR="00F57C3F" w:rsidRDefault="00F57C3F"/>
        </w:tc>
        <w:tc>
          <w:tcPr>
            <w:tcW w:w="1728" w:type="dxa"/>
          </w:tcPr>
          <w:p w14:paraId="5FFC0374" w14:textId="77777777" w:rsidR="00F57C3F" w:rsidRDefault="00F57C3F"/>
        </w:tc>
        <w:tc>
          <w:tcPr>
            <w:tcW w:w="1728" w:type="dxa"/>
          </w:tcPr>
          <w:p w14:paraId="621D6077" w14:textId="77777777" w:rsidR="00F57C3F" w:rsidRDefault="00F57C3F"/>
        </w:tc>
        <w:tc>
          <w:tcPr>
            <w:tcW w:w="1728" w:type="dxa"/>
          </w:tcPr>
          <w:p w14:paraId="1C0AA194" w14:textId="77777777" w:rsidR="00F57C3F" w:rsidRDefault="00F57C3F"/>
        </w:tc>
        <w:tc>
          <w:tcPr>
            <w:tcW w:w="1728" w:type="dxa"/>
          </w:tcPr>
          <w:p w14:paraId="5EE57744" w14:textId="77777777" w:rsidR="00F57C3F" w:rsidRDefault="00F57C3F"/>
        </w:tc>
      </w:tr>
      <w:tr w:rsidR="00F57C3F" w14:paraId="6649A6CE" w14:textId="77777777">
        <w:tc>
          <w:tcPr>
            <w:tcW w:w="1728" w:type="dxa"/>
          </w:tcPr>
          <w:p w14:paraId="149F790A" w14:textId="77777777" w:rsidR="00F57C3F" w:rsidRDefault="00F57C3F"/>
        </w:tc>
        <w:tc>
          <w:tcPr>
            <w:tcW w:w="1728" w:type="dxa"/>
          </w:tcPr>
          <w:p w14:paraId="44F32689" w14:textId="77777777" w:rsidR="00F57C3F" w:rsidRDefault="00F57C3F"/>
        </w:tc>
        <w:tc>
          <w:tcPr>
            <w:tcW w:w="1728" w:type="dxa"/>
          </w:tcPr>
          <w:p w14:paraId="3F1A2E8F" w14:textId="77777777" w:rsidR="00F57C3F" w:rsidRDefault="00F57C3F"/>
        </w:tc>
        <w:tc>
          <w:tcPr>
            <w:tcW w:w="1728" w:type="dxa"/>
          </w:tcPr>
          <w:p w14:paraId="6A790727" w14:textId="77777777" w:rsidR="00F57C3F" w:rsidRDefault="00F57C3F"/>
        </w:tc>
        <w:tc>
          <w:tcPr>
            <w:tcW w:w="1728" w:type="dxa"/>
          </w:tcPr>
          <w:p w14:paraId="40144FE4" w14:textId="77777777" w:rsidR="00F57C3F" w:rsidRDefault="00F57C3F"/>
        </w:tc>
      </w:tr>
      <w:tr w:rsidR="00F57C3F" w14:paraId="10E0C4F0" w14:textId="77777777">
        <w:tc>
          <w:tcPr>
            <w:tcW w:w="1728" w:type="dxa"/>
          </w:tcPr>
          <w:p w14:paraId="329129E4" w14:textId="77777777" w:rsidR="00F57C3F" w:rsidRDefault="00F57C3F"/>
        </w:tc>
        <w:tc>
          <w:tcPr>
            <w:tcW w:w="1728" w:type="dxa"/>
          </w:tcPr>
          <w:p w14:paraId="0600EFBD" w14:textId="77777777" w:rsidR="00F57C3F" w:rsidRDefault="00F57C3F"/>
        </w:tc>
        <w:tc>
          <w:tcPr>
            <w:tcW w:w="1728" w:type="dxa"/>
          </w:tcPr>
          <w:p w14:paraId="6CF9EC51" w14:textId="77777777" w:rsidR="00F57C3F" w:rsidRDefault="00F57C3F"/>
        </w:tc>
        <w:tc>
          <w:tcPr>
            <w:tcW w:w="1728" w:type="dxa"/>
          </w:tcPr>
          <w:p w14:paraId="4AEBC447" w14:textId="77777777" w:rsidR="00F57C3F" w:rsidRDefault="00F57C3F"/>
        </w:tc>
        <w:tc>
          <w:tcPr>
            <w:tcW w:w="1728" w:type="dxa"/>
          </w:tcPr>
          <w:p w14:paraId="51D5C483" w14:textId="77777777" w:rsidR="00F57C3F" w:rsidRDefault="00F57C3F"/>
        </w:tc>
      </w:tr>
    </w:tbl>
    <w:p w14:paraId="19EFDB85" w14:textId="77777777" w:rsidR="00C1385A" w:rsidRDefault="00C1385A"/>
    <w:sectPr w:rsidR="00C1385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55421457">
    <w:abstractNumId w:val="8"/>
  </w:num>
  <w:num w:numId="2" w16cid:durableId="1149131716">
    <w:abstractNumId w:val="6"/>
  </w:num>
  <w:num w:numId="3" w16cid:durableId="814226501">
    <w:abstractNumId w:val="5"/>
  </w:num>
  <w:num w:numId="4" w16cid:durableId="600915881">
    <w:abstractNumId w:val="4"/>
  </w:num>
  <w:num w:numId="5" w16cid:durableId="1537619779">
    <w:abstractNumId w:val="7"/>
  </w:num>
  <w:num w:numId="6" w16cid:durableId="1122001063">
    <w:abstractNumId w:val="3"/>
  </w:num>
  <w:num w:numId="7" w16cid:durableId="323242633">
    <w:abstractNumId w:val="2"/>
  </w:num>
  <w:num w:numId="8" w16cid:durableId="104081417">
    <w:abstractNumId w:val="1"/>
  </w:num>
  <w:num w:numId="9" w16cid:durableId="1584145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930F8"/>
    <w:rsid w:val="009D0A59"/>
    <w:rsid w:val="00AA1D8D"/>
    <w:rsid w:val="00B37FBF"/>
    <w:rsid w:val="00B47730"/>
    <w:rsid w:val="00C1385A"/>
    <w:rsid w:val="00C2505C"/>
    <w:rsid w:val="00CB0664"/>
    <w:rsid w:val="00F0162D"/>
    <w:rsid w:val="00F57C3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14605D"/>
  <w14:defaultImageDpi w14:val="300"/>
  <w15:docId w15:val="{E52B8148-7CB7-445A-8A09-296498888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</Words>
  <Characters>210</Characters>
  <Application>Microsoft Office Word</Application>
  <DocSecurity>0</DocSecurity>
  <Lines>169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WOGHIREN, Aiseosa</cp:lastModifiedBy>
  <cp:revision>2</cp:revision>
  <dcterms:created xsi:type="dcterms:W3CDTF">2025-08-22T01:28:00Z</dcterms:created>
  <dcterms:modified xsi:type="dcterms:W3CDTF">2025-08-22T01:28:00Z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59da212d-18f5-4e1a-906f-3131da371147</vt:lpwstr>
  </property>
</Properties>
</file>